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נולד 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הסכם השלום החשוב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הוא היה ידוע בצניעותו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כיהן בתפקיד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קיבל אותו יחד עם נשיא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 שהגיע לגור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(הסכם בין מדינות לחיות בלי 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(אדם שמוביל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(התנהגות פשוטה בלי התרברבות)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(פרס בינלאומי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 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עולה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מנהיג תנועה חשובה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נבחר לראש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חותם על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בגין מקבל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מכתב לבגין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3-5 משפטים, מזכיר עובדה נכונה (למשל השלום עם מצרים) ושואל שאלה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פולין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התנהגות פשוטה בלי התרברבות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כרטיסי סיפור לצד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לתרגל קודם את אוצר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ראש ממשלה של ישראל. הוא עלה לארץ, הנהיג את המדינה וחתם על הסכם שלום עם מצרים.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קראו לנשיא מצרים שחתם על השלום עם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בגין היה ידוע מלבד מנהיגות?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פרס קיבל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אולימפי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ידוע כאדם מתרברב ולא צנוע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ממשלה של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היה ראש הממשלה של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חתם על הסכם שלום עם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נשיא מצרים שחתם על השלום נקרא אנואר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קיבל פרס __________ על השלום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פרס בינלאומי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שהגיע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התנהגות פשוטה בלי התרברבות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שמוביל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הסכם בין מדינות לחיות בלי מלחמה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עולה לארץ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מקבל 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בפולין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מנהיג תנועה חשובה בארץ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חותם על הסכם שלום עם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מכתב לבגין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למנחם בגין. ספרו לו מה למדתם עליו ושאלו אותו שאלה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הגיע מנחם בגין לארץ?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בגין חתם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צניעות?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