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בסיסיות על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בעברית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קצרה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בפולין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צניעות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פרס נובל לשלום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נולד בפולין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הסכם השלום החשוב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להפך, הוא היה ידוע בצניעותו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הוא כיהן בתפקיד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קיבל אותו יחד עם נשיא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פולין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נובל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(אדם שהגיע לגור בארץ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(הסכם בין מדינות לחיות בלי מלחמה)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(אדם שמוביל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(התנהגות פשוטה בלי התרברבות)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(פרס בינלאומי חשוב)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מנחם בגין נולד בפולין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עולה לארץ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מנהיג תנועה חשובה בארץ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בגין נבחר לראש ממשלת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בגין חותם על הסכם שלום עם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בגין מקבל פרס נובל לשלום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כתיבה: מכתב לבגין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3-5 משפטים, מזכיר עובדה נכונה (למשל השלום עם מצרים) ושואל שאלה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פולין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התנהגות פשוטה בלי התרברבות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המילים בקול רם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בתמונות או כרטיסי סיפור לצד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כדאי לתרגל קודם את אוצר המילים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מנחם בגין היה מנהיג חשוב בישראל. הוא עשה שלום עם מצרים. נלמד עליו מילים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עולה חדש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שהגיע לגור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בין מדינות לחיות בלי מלחמה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מנהיג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שמוביל אנשים ומחליט החלטות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צניעות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התנהגות פשוטה בלי התרברבות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נייר שבו שתי מדינות מסכימות על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ראש ממשלה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שמנהל את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פרס נובל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 בינלאומי חשוב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נשיא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מאיזו ארץ בגין הגיע?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מי בגין עשה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שם נשיא מצרים?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מובארכ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נאצר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בגין התנהג בחיים האישיים?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עושר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צניעות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פרסום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פרס חשוב בגין קיבל?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פרס נובל לשלום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פרס אולימפי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פרס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 ספורט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נולד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חתם על הסכם שלום עם מצרים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ידוע כאדם מתרברב ולא צנוע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ראש ממשלה של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קיבל פרס נובל לשלום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נולד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היה ראש הממשלה של מדינת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בגין חתם על הסכם שלום עם מדינת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נשיא מצרים שחתם על השלום נקרא אנואר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בגין קיבל פרס __________ על השלום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עולה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התנהגות פשוטה בלי התרברבות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אדם שהגיע לגור בארץ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מנהיג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פרס בינלאומי 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צניעות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הסכם בין מדינות לחיות בלי מלחמה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פרס נובל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אדם שמוביל אנשים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מקבל פרס נובל לשלום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מנהיג תנועה חשובה בארץ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נבחר לראש ממשלת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חותם על הסכם שלום עם 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עולה לארץ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נולד בפולין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כתיבה: מכתב לבגין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למנחם בגין. ספרו לו מה למדתם עליו ושאלו אותו שאלה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מאיפה הגיע מנחם בגין לארץ?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איזו מדינה בגין חתם על הסכם 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המילה צניעות?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